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A sale or limited offer</w:t>
      </w:r>
    </w:p>
    <w:p>
      <w:r>
        <w:rPr>
          <w:sz w:val="24"/>
        </w:rPr>
        <w:t>Use only for a real offer. State the current price, dates, inclusions and important conditions. Do not invent a usual price or a countdown.</w:t>
      </w:r>
    </w:p>
    <w:p>
      <w:pPr>
        <w:pStyle w:val="Heading3"/>
      </w:pPr>
      <w:r>
        <w:rPr/>
        <w:t>Subject line</w:t>
      </w:r>
    </w:p>
    <w:p>
      <w:r>
        <w:rPr/>
        <w:t>[Offer] is available until [date]</w:t>
      </w:r>
    </w:p>
    <w:p>
      <w:pPr>
        <w:pStyle w:val="Heading2"/>
      </w:pPr>
      <w:r>
        <w:rPr/>
        <w:t>Email template</w:t>
      </w:r>
    </w:p>
    <w:p>
      <w:pPr>
        <w:spacing w:after="160"/>
      </w:pPr>
      <w:r>
        <w:rPr/>
        <w:t>Hi [first name],</w:t>
      </w:r>
    </w:p>
    <w:p>
      <w:pPr>
        <w:spacing w:after="160"/>
      </w:pPr>
      <w:r>
        <w:rPr/>
        <w:t>If you need [customer need], our [product/service] can help you [practical benefit].</w:t>
      </w:r>
    </w:p>
    <w:p>
      <w:pPr>
        <w:spacing w:after="160"/>
      </w:pPr>
      <w:r>
        <w:rPr/>
        <w:t>Until [date and time], [exact offer and price, with GST treatment]. You get [inclusions]. [Important limits or separate costs].</w:t>
      </w:r>
    </w:p>
    <w:p>
      <w:pPr>
        <w:spacing w:after="160"/>
      </w:pPr>
      <w:r>
        <w:rPr/>
        <w:t>See the details and choose what suits you: [direct link].</w:t>
      </w:r>
    </w:p>
    <w:p>
      <w:pPr>
        <w:spacing w:after="160"/>
      </w:pPr>
      <w:r>
        <w:rPr/>
        <w:t>[Name / Business]</w:t>
      </w:r>
    </w:p>
    <w:p>
      <w:pPr>
        <w:pStyle w:val="Heading2"/>
      </w:pPr>
      <w:r>
        <w:rPr/>
        <w:t>Social caption</w:t>
      </w:r>
    </w:p>
    <w:p>
      <w:r>
        <w:rPr/>
        <w:t>Need [customer need]? [Product/service] gives you [specific benefit]. [Exact offer, price and GST treatment]. Available until [date/time], subject to [key conditions]. See the details: [link].</w:t>
      </w:r>
    </w:p>
    <w:p>
      <w:pPr>
        <w:pStyle w:val="Heading2"/>
      </w:pPr>
      <w:r>
        <w:rPr/>
        <w:t>Before you send</w:t>
      </w:r>
    </w:p>
    <w:p>
      <w:pPr>
        <w:spacing w:after="120"/>
      </w:pPr>
      <w:r>
        <w:rPr>
          <w:sz w:val="18"/>
        </w:rPr>
        <w:t>Keep the offer and deadline identical on the page, email and social post.</w:t>
      </w:r>
    </w:p>
    <w:p>
      <w:pPr>
        <w:spacing w:after="120"/>
      </w:pPr>
      <w:r>
        <w:rPr>
          <w:sz w:val="18"/>
        </w:rPr>
        <w:t>Replace every bracketed field. Promotional emails need an appropriate consent basis, sender identity, contact details and a working unsubscribe option. Honour requests to stop.</w:t>
      </w:r>
    </w:p>
    <w:p>
      <w:r>
        <w:br w:type="page"/>
      </w:r>
    </w:p>
    <w:p>
      <w:pPr>
        <w:pStyle w:val="Title"/>
      </w:pPr>
      <w:r>
        <w:rPr/>
        <w:t>A product or service launch</w:t>
      </w:r>
    </w:p>
    <w:p>
      <w:r>
        <w:rPr>
          <w:sz w:val="24"/>
        </w:rPr>
        <w:t>Explain the customer need first. Be precise about what is ready to buy and what the customer receives.</w:t>
      </w:r>
    </w:p>
    <w:p>
      <w:pPr>
        <w:pStyle w:val="Heading3"/>
      </w:pPr>
      <w:r>
        <w:rPr/>
        <w:t>Subject line</w:t>
      </w:r>
    </w:p>
    <w:p>
      <w:r>
        <w:rPr/>
        <w:t>New: [product] for [customer need]</w:t>
      </w:r>
    </w:p>
    <w:p>
      <w:pPr>
        <w:pStyle w:val="Heading2"/>
      </w:pPr>
      <w:r>
        <w:rPr/>
        <w:t>Email template</w:t>
      </w:r>
    </w:p>
    <w:p>
      <w:pPr>
        <w:spacing w:after="160"/>
      </w:pPr>
      <w:r>
        <w:rPr/>
        <w:t>Hi [first name],</w:t>
      </w:r>
    </w:p>
    <w:p>
      <w:pPr>
        <w:spacing w:after="160"/>
      </w:pPr>
      <w:r>
        <w:rPr/>
        <w:t>We have introduced [product/service] to help [customer] with [need].</w:t>
      </w:r>
    </w:p>
    <w:p>
      <w:pPr>
        <w:spacing w:after="160"/>
      </w:pPr>
      <w:r>
        <w:rPr/>
        <w:t>It includes [two or three deliverables]. It is a useful fit if you [situation]. The price is [price and GST treatment], with [important timing/conditions].</w:t>
      </w:r>
    </w:p>
    <w:p>
      <w:pPr>
        <w:spacing w:after="160"/>
      </w:pPr>
      <w:r>
        <w:rPr/>
        <w:t>Find the full details here: [direct link].</w:t>
      </w:r>
    </w:p>
    <w:p>
      <w:pPr>
        <w:spacing w:after="160"/>
      </w:pPr>
      <w:r>
        <w:rPr/>
        <w:t>[Name / Business]</w:t>
      </w:r>
    </w:p>
    <w:p>
      <w:pPr>
        <w:pStyle w:val="Heading2"/>
      </w:pPr>
      <w:r>
        <w:rPr/>
        <w:t>Social caption</w:t>
      </w:r>
    </w:p>
    <w:p>
      <w:r>
        <w:rPr/>
        <w:t>Introducing [product/service]. Built for [customer] who needs [job done]. You get [key inclusions] for [price and GST treatment]. Find out more: [link].</w:t>
      </w:r>
    </w:p>
    <w:p>
      <w:pPr>
        <w:pStyle w:val="Heading2"/>
      </w:pPr>
      <w:r>
        <w:rPr/>
        <w:t>Before you send</w:t>
      </w:r>
    </w:p>
    <w:p>
      <w:pPr>
        <w:spacing w:after="120"/>
      </w:pPr>
      <w:r>
        <w:rPr>
          <w:sz w:val="18"/>
        </w:rPr>
        <w:t>Use one clear photo or example. Label an illustrative mockup so it is not mistaken for finished customer work.</w:t>
      </w:r>
    </w:p>
    <w:p>
      <w:pPr>
        <w:spacing w:after="120"/>
      </w:pPr>
      <w:r>
        <w:rPr>
          <w:sz w:val="18"/>
        </w:rPr>
        <w:t>Replace every bracketed field. Promotional emails need an appropriate consent basis, sender identity, contact details and a working unsubscribe option. Honour requests to stop.</w:t>
      </w:r>
    </w:p>
    <w:p>
      <w:r>
        <w:br w:type="page"/>
      </w:r>
    </w:p>
    <w:p>
      <w:pPr>
        <w:pStyle w:val="Title"/>
      </w:pPr>
      <w:r>
        <w:rPr/>
        <w:t>A customer reactivation message</w:t>
      </w:r>
    </w:p>
    <w:p>
      <w:r>
        <w:rPr>
          <w:sz w:val="24"/>
        </w:rPr>
        <w:t>Contact only people you have an appropriate basis to email. Make the message relevant to their previous purchase. Do not add them to a new marketing list automatically.</w:t>
      </w:r>
    </w:p>
    <w:p>
      <w:pPr>
        <w:pStyle w:val="Heading3"/>
      </w:pPr>
      <w:r>
        <w:rPr/>
        <w:t>Subject line</w:t>
      </w:r>
    </w:p>
    <w:p>
      <w:r>
        <w:rPr/>
        <w:t>Need a hand with [relevant task]?</w:t>
      </w:r>
    </w:p>
    <w:p>
      <w:pPr>
        <w:pStyle w:val="Heading2"/>
      </w:pPr>
      <w:r>
        <w:rPr/>
        <w:t>Email template</w:t>
      </w:r>
    </w:p>
    <w:p>
      <w:pPr>
        <w:spacing w:after="160"/>
      </w:pPr>
      <w:r>
        <w:rPr/>
        <w:t>Hi [first name],</w:t>
      </w:r>
    </w:p>
    <w:p>
      <w:pPr>
        <w:spacing w:after="160"/>
      </w:pPr>
      <w:r>
        <w:rPr/>
        <w:t>You previously chose [product/service]. If [related need] is on your list, we can help with [relevant offer].</w:t>
      </w:r>
    </w:p>
    <w:p>
      <w:pPr>
        <w:spacing w:after="160"/>
      </w:pPr>
      <w:r>
        <w:rPr/>
        <w:t>[One useful tip they can use themselves].</w:t>
      </w:r>
    </w:p>
    <w:p>
      <w:pPr>
        <w:spacing w:after="160"/>
      </w:pPr>
      <w:r>
        <w:rPr/>
        <w:t>If you would like us to do the work, here is what is included: [direct link].</w:t>
      </w:r>
    </w:p>
    <w:p>
      <w:pPr>
        <w:spacing w:after="160"/>
      </w:pPr>
      <w:r>
        <w:rPr/>
        <w:t>[Name / Business]</w:t>
      </w:r>
    </w:p>
    <w:p>
      <w:pPr>
        <w:pStyle w:val="Heading2"/>
      </w:pPr>
      <w:r>
        <w:rPr/>
        <w:t>Social caption</w:t>
      </w:r>
    </w:p>
    <w:p>
      <w:r>
        <w:rPr/>
        <w:t>Already using [product/service]? A useful next step is [practical tip]. If you want help with [related need], you can see [relevant offer] here: [link].</w:t>
      </w:r>
    </w:p>
    <w:p>
      <w:pPr>
        <w:pStyle w:val="Heading2"/>
      </w:pPr>
      <w:r>
        <w:rPr/>
        <w:t>Before you send</w:t>
      </w:r>
    </w:p>
    <w:p>
      <w:pPr>
        <w:spacing w:after="120"/>
      </w:pPr>
      <w:r>
        <w:rPr>
          <w:sz w:val="18"/>
        </w:rPr>
        <w:t>Remove the previous-purchase reference if you cannot verify it. Do not imply a personal relationship that does not exist.</w:t>
      </w:r>
    </w:p>
    <w:p>
      <w:pPr>
        <w:spacing w:after="120"/>
      </w:pPr>
      <w:r>
        <w:rPr>
          <w:sz w:val="18"/>
        </w:rPr>
        <w:t>Replace every bracketed field. Promotional emails need an appropriate consent basis, sender identity, contact details and a working unsubscribe option. Honour requests to stop.</w:t>
      </w:r>
    </w:p>
    <w:p>
      <w:r>
        <w:br w:type="page"/>
      </w:r>
    </w:p>
    <w:p>
      <w:pPr>
        <w:pStyle w:val="Title"/>
      </w:pPr>
      <w:r>
        <w:rPr/>
        <w:t>A referral request</w:t>
      </w:r>
    </w:p>
    <w:p>
      <w:r>
        <w:rPr>
          <w:sz w:val="24"/>
        </w:rPr>
        <w:t>Ask without pressure. Get permission before sharing a customer name, contact detail or testimonial. If there is an incentive, state its terms clearly.</w:t>
      </w:r>
    </w:p>
    <w:p>
      <w:pPr>
        <w:pStyle w:val="Heading3"/>
      </w:pPr>
      <w:r>
        <w:rPr/>
        <w:t>Subject line</w:t>
      </w:r>
    </w:p>
    <w:p>
      <w:r>
        <w:rPr/>
        <w:t>Know someone who needs [help]?</w:t>
      </w:r>
    </w:p>
    <w:p>
      <w:pPr>
        <w:pStyle w:val="Heading2"/>
      </w:pPr>
      <w:r>
        <w:rPr/>
        <w:t>Email template</w:t>
      </w:r>
    </w:p>
    <w:p>
      <w:pPr>
        <w:spacing w:after="160"/>
      </w:pPr>
      <w:r>
        <w:rPr/>
        <w:t>Hi [first name],</w:t>
      </w:r>
    </w:p>
    <w:p>
      <w:pPr>
        <w:spacing w:after="160"/>
      </w:pPr>
      <w:r>
        <w:rPr/>
        <w:t>Thank you for choosing [business] for [verified work].</w:t>
      </w:r>
    </w:p>
    <w:p>
      <w:pPr>
        <w:spacing w:after="160"/>
      </w:pPr>
      <w:r>
        <w:rPr/>
        <w:t>If you know someone who needs [specific help], you are welcome to pass on this link: [link]. They can see what is included and contact us directly.</w:t>
      </w:r>
    </w:p>
    <w:p>
      <w:pPr>
        <w:spacing w:after="160"/>
      </w:pPr>
      <w:r>
        <w:rPr/>
        <w:t>There is no obligation. Thanks for your support.</w:t>
      </w:r>
    </w:p>
    <w:p>
      <w:pPr>
        <w:spacing w:after="160"/>
      </w:pPr>
      <w:r>
        <w:rPr/>
        <w:t>[Name / Business]</w:t>
      </w:r>
    </w:p>
    <w:p>
      <w:pPr>
        <w:pStyle w:val="Heading2"/>
      </w:pPr>
      <w:r>
        <w:rPr/>
        <w:t>Social caption</w:t>
      </w:r>
    </w:p>
    <w:p>
      <w:r>
        <w:rPr/>
        <w:t>Know a business that needs [specific help]? Share this post or pass on [link]. They can see what is included and decide whether it is right for them. Thanks for helping a local business get noticed.</w:t>
      </w:r>
    </w:p>
    <w:p>
      <w:pPr>
        <w:pStyle w:val="Heading2"/>
      </w:pPr>
      <w:r>
        <w:rPr/>
        <w:t>Before you send</w:t>
      </w:r>
    </w:p>
    <w:p>
      <w:pPr>
        <w:spacing w:after="120"/>
      </w:pPr>
      <w:r>
        <w:rPr>
          <w:sz w:val="18"/>
        </w:rPr>
        <w:t>Let the other person choose to contact you. Do not ask for a friend's private details without their permission.</w:t>
      </w:r>
    </w:p>
    <w:p>
      <w:pPr>
        <w:spacing w:after="120"/>
      </w:pPr>
      <w:r>
        <w:rPr>
          <w:sz w:val="18"/>
        </w:rPr>
        <w:t>Replace every bracketed field. Promotional emails need an appropriate consent basis, sender identity, contact details and a working unsubscribe option. Honour requests to stop.</w:t>
      </w:r>
    </w:p>
    <w:p>
      <w:pPr>
        <w:spacing w:after="120"/>
      </w:pPr>
      <w:r>
        <w:rPr>
          <w:sz w:val="18"/>
        </w:rPr>
        <w:t>Want the creative made for you? See Social Content Pack: stanleystore.co/shop/socialcontentpack/. Separate paid service.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191" w:left="1077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spacing w:after="0"/>
    </w:pPr>
    <w:r>
      <w:rPr>
        <w:sz w:val="16"/>
      </w:rPr>
      <w:t>Free marketing tools  |  stanleystore.co</w:t>
    </w:r>
    <w:r>
      <w:tab/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232000" cy="418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nley-stor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2000" cy="418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 w:line="252" w:lineRule="auto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 w:line="252" w:lineRule="auto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 w:line="252" w:lineRule="auto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52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Ready To Use Marketing Templates</dc:title>
  <dc:subject>Free practical marketing resource</dc:subject>
  <dc:creator>Stanley Store</dc:creator>
  <cp:keywords/>
  <dc:description>generated by python-docx</dc:description>
  <cp:lastModifiedBy>Stanley Store</cp:lastModifiedBy>
  <cp:revision>1</cp:revision>
  <dcterms:created xsi:type="dcterms:W3CDTF">2013-12-23T23:15:00Z</dcterms:created>
  <dcterms:modified xsi:type="dcterms:W3CDTF">2013-12-23T23:15:00Z</dcterms:modified>
  <cp:category/>
</cp:coreProperties>
</file>