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Can customers find you on Google?</w:t>
      </w:r>
    </w:p>
    <w:p>
      <w:r>
        <w:rPr>
          <w:sz w:val="24"/>
        </w:rPr>
        <w:t>A quick self-check for local businesses. Tick what is right, then choose one improvement.</w:t>
      </w:r>
    </w:p>
    <w:p>
      <w:pPr>
        <w:pStyle w:val="Heading3"/>
      </w:pPr>
      <w:r>
        <w:rPr/>
        <w:t>[ ]  Business details</w:t>
      </w:r>
    </w:p>
    <w:p>
      <w:pPr>
        <w:spacing w:after="120"/>
      </w:pPr>
      <w:r>
        <w:rPr>
          <w:sz w:val="18"/>
        </w:rPr>
        <w:t>Check that your business name, category, contact details and website link are accurate. Avoid adding words to the name that are not part of your real business name.</w:t>
      </w:r>
    </w:p>
    <w:p>
      <w:pPr>
        <w:pStyle w:val="Heading3"/>
      </w:pPr>
      <w:r>
        <w:rPr/>
        <w:t>[ ]  Opening hours</w:t>
      </w:r>
    </w:p>
    <w:p>
      <w:pPr>
        <w:spacing w:after="120"/>
      </w:pPr>
      <w:r>
        <w:rPr>
          <w:sz w:val="18"/>
        </w:rPr>
        <w:t>Check regular hours, public holidays and temporary closures. Make sure someone can reach you using the contact details shown.</w:t>
      </w:r>
    </w:p>
    <w:p>
      <w:pPr>
        <w:pStyle w:val="Heading3"/>
      </w:pPr>
      <w:r>
        <w:rPr/>
        <w:t>[ ]  Useful photos</w:t>
      </w:r>
    </w:p>
    <w:p>
      <w:pPr>
        <w:spacing w:after="120"/>
      </w:pPr>
      <w:r>
        <w:rPr>
          <w:sz w:val="18"/>
        </w:rPr>
        <w:t>Add recent, permitted photos of your products, work, team or premises. Show customers what they can expect.</w:t>
      </w:r>
    </w:p>
    <w:p>
      <w:pPr>
        <w:pStyle w:val="Heading3"/>
      </w:pPr>
      <w:r>
        <w:rPr/>
        <w:t>[ ]  Customer reviews</w:t>
      </w:r>
    </w:p>
    <w:p>
      <w:pPr>
        <w:spacing w:after="120"/>
      </w:pPr>
      <w:r>
        <w:rPr>
          <w:sz w:val="18"/>
        </w:rPr>
        <w:t>Invite honest feedback from actual customers. Reply helpfully without sharing private details or rewarding only positive reviews.</w:t>
      </w:r>
    </w:p>
    <w:p>
      <w:pPr>
        <w:pStyle w:val="Heading3"/>
      </w:pPr>
      <w:r>
        <w:rPr/>
        <w:t>[ ]  Website contact details</w:t>
      </w:r>
    </w:p>
    <w:p>
      <w:pPr>
        <w:spacing w:after="120"/>
      </w:pPr>
      <w:r>
        <w:rPr>
          <w:sz w:val="18"/>
        </w:rPr>
        <w:t>Make the phone number, email and service area easy to find. Check that phone, map, booking and enquiry links work.</w:t>
      </w:r>
    </w:p>
    <w:p>
      <w:pPr>
        <w:pStyle w:val="Heading3"/>
      </w:pPr>
      <w:r>
        <w:rPr/>
        <w:t>[ ]  Describe what and where</w:t>
      </w:r>
    </w:p>
    <w:p>
      <w:pPr>
        <w:spacing w:after="120"/>
      </w:pPr>
      <w:r>
        <w:rPr>
          <w:sz w:val="18"/>
        </w:rPr>
        <w:t>Use the plain words a customer would use for your service and location. Write useful page titles and descriptions; do not repeat place names unnaturally.</w:t>
      </w:r>
    </w:p>
    <w:p>
      <w:pPr>
        <w:pStyle w:val="Heading3"/>
      </w:pPr>
      <w:r>
        <w:rPr/>
        <w:t>[ ]  Mobile experience</w:t>
      </w:r>
    </w:p>
    <w:p>
      <w:pPr>
        <w:spacing w:after="120"/>
      </w:pPr>
      <w:r>
        <w:rPr>
          <w:sz w:val="18"/>
        </w:rPr>
        <w:t>Open your site on a phone. Check readable text, tappable buttons, clear navigation and an easy way to contact you.</w:t>
      </w:r>
    </w:p>
    <w:p>
      <w:pPr>
        <w:pStyle w:val="Heading3"/>
      </w:pPr>
      <w:r>
        <w:rPr/>
        <w:t>[ ]  Try a real customer journey</w:t>
      </w:r>
    </w:p>
    <w:p>
      <w:pPr>
        <w:spacing w:after="120"/>
      </w:pPr>
      <w:r>
        <w:rPr>
          <w:sz w:val="18"/>
        </w:rPr>
        <w:t>Search for the services you offer, check the information that appears, and follow a route to an enquiry. Search results vary; this checklist does not promise a ranking.</w:t>
      </w:r>
    </w:p>
    <w:p>
      <w:pPr>
        <w:spacing w:after="120"/>
      </w:pPr>
      <w:r>
        <w:rPr>
          <w:sz w:val="18"/>
        </w:rPr>
        <w:t>My first improvement: __________________________________________________</w:t>
      </w:r>
    </w:p>
    <w:p>
      <w:pPr>
        <w:spacing w:after="120"/>
      </w:pPr>
      <w:r>
        <w:rPr>
          <w:sz w:val="18"/>
        </w:rPr>
        <w:t>Want help? See Google Search Tune-Up: stanleystore.co/shop/googlesearchtuneup/. Separate paid service.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191" w:left="1077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spacing w:after="0"/>
    </w:pPr>
    <w:r>
      <w:rPr>
        <w:sz w:val="16"/>
      </w:rPr>
      <w:t>Free marketing tools  |  stanleystore.co</w:t>
    </w:r>
    <w:r>
      <w:tab/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232000" cy="4185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nley-stor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2000" cy="4185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80" w:line="252" w:lineRule="auto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 w:line="252" w:lineRule="auto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 w:line="252" w:lineRule="auto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52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Visibility Checklist</dc:title>
  <dc:subject>Free practical marketing resource</dc:subject>
  <dc:creator>Stanley Store</dc:creator>
  <cp:keywords/>
  <dc:description>generated by python-docx</dc:description>
  <cp:lastModifiedBy>Stanley Store</cp:lastModifiedBy>
  <cp:revision>1</cp:revision>
  <dcterms:created xsi:type="dcterms:W3CDTF">2013-12-23T23:15:00Z</dcterms:created>
  <dcterms:modified xsi:type="dcterms:W3CDTF">2013-12-23T23:15:00Z</dcterms:modified>
  <cp:category/>
</cp:coreProperties>
</file>