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/>
        <w:t>30 days of better social posts</w:t>
      </w:r>
    </w:p>
    <w:p>
      <w:r>
        <w:rPr>
          <w:sz w:val="24"/>
        </w:rPr>
        <w:t>A practical planner for a busy business. One useful idea each day, with caption starters you can make your own.</w:t>
      </w:r>
    </w:p>
    <w:p>
      <w:pPr>
        <w:pStyle w:val="Heading2"/>
      </w:pPr>
      <w:r>
        <w:rPr/>
        <w:t>Start with what your customers need</w:t>
      </w:r>
    </w:p>
    <w:p>
      <w:pPr>
        <w:pStyle w:val="ListBullet"/>
      </w:pPr>
      <w:r>
        <w:rPr/>
        <w:t>Choose the channel your customers already use. You do not have to post everywhere.</w:t>
      </w:r>
    </w:p>
    <w:p>
      <w:pPr>
        <w:pStyle w:val="ListBullet"/>
      </w:pPr>
      <w:r>
        <w:rPr/>
        <w:t>Use the prompts in any order. Three good posts a week may be more realistic than posting every day.</w:t>
      </w:r>
    </w:p>
    <w:p>
      <w:pPr>
        <w:pStyle w:val="ListBullet"/>
      </w:pPr>
      <w:r>
        <w:rPr/>
        <w:t>Replace every [bracket] with your own details, and check links, prices and dates before publishing.</w:t>
      </w:r>
    </w:p>
    <w:p>
      <w:pPr>
        <w:pStyle w:val="ListBullet"/>
      </w:pPr>
      <w:r>
        <w:rPr/>
        <w:t>Use photos you own or have permission to use. Ask before sharing a customer, colleague or review.</w:t>
      </w:r>
    </w:p>
    <w:p>
      <w:pPr>
        <w:pStyle w:val="Heading2"/>
      </w:pPr>
      <w:r>
        <w:rPr/>
        <w:t>A simple post has three jobs</w:t>
      </w:r>
    </w:p>
    <w:p>
      <w:r>
        <w:rPr/>
      </w:r>
      <w:r>
        <w:rPr>
          <w:b/>
        </w:rPr>
        <w:t xml:space="preserve">Get attention: </w:t>
      </w:r>
      <w:r>
        <w:t>name a need, show a useful product or answer a real question.</w:t>
      </w:r>
    </w:p>
    <w:p>
      <w:r>
        <w:rPr/>
      </w:r>
      <w:r>
        <w:rPr>
          <w:b/>
        </w:rPr>
        <w:t xml:space="preserve">Help someone decide: </w:t>
      </w:r>
      <w:r>
        <w:t>give one clear fact, benefit or example.</w:t>
      </w:r>
    </w:p>
    <w:p>
      <w:r>
        <w:rPr/>
      </w:r>
      <w:r>
        <w:rPr>
          <w:b/>
        </w:rPr>
        <w:t xml:space="preserve">Offer one next step: </w:t>
      </w:r>
      <w:r>
        <w:t>visit, book, ask, save or buy.</w:t>
      </w:r>
    </w:p>
    <w:p>
      <w:pPr>
        <w:pStyle w:val="Heading2"/>
      </w:pPr>
      <w:r>
        <w:rPr/>
        <w:t>Your 10-minute weekly routine</w:t>
      </w:r>
    </w:p>
    <w:p>
      <w:r>
        <w:rPr/>
        <w:t>Pick three to five prompts. Gather the photos. Write the captions in your own voice. Check the details. Schedule the posts, then set aside time to answer replies.</w:t>
      </w:r>
    </w:p>
    <w:p>
      <w:pPr>
        <w:pStyle w:val="Heading2"/>
      </w:pPr>
      <w:r>
        <w:rPr/>
        <w:t>Keep the claims honest</w:t>
      </w:r>
    </w:p>
    <w:p>
      <w:r>
        <w:rPr/>
        <w:t>Do not invent reviews, scarcity, discounts or results. A small, specific fact is more useful than a big claim you cannot support.</w:t>
      </w:r>
    </w:p>
    <w:p>
      <w:pPr>
        <w:pStyle w:val="Heading2"/>
      </w:pPr>
      <w:r>
        <w:rPr/>
        <w:t>Want the posts made for you?</w:t>
      </w:r>
    </w:p>
    <w:p>
      <w:pPr>
        <w:spacing w:after="120"/>
      </w:pPr>
      <w:r>
        <w:rPr>
          <w:sz w:val="18"/>
        </w:rPr>
        <w:t>See the Social Content Pack at stanleystore.co/shop/socialcontentpack/. It is a separate paid service.</w:t>
      </w:r>
    </w:p>
    <w:p>
      <w:r>
        <w:br w:type="page"/>
      </w:r>
    </w:p>
    <w:p>
      <w:pPr>
        <w:pStyle w:val="Title"/>
      </w:pPr>
      <w:r>
        <w:rPr/>
        <w:t>Your posting calendar</w:t>
      </w:r>
    </w:p>
    <w:p>
      <w:r>
        <w:rPr>
          <w:sz w:val="24"/>
        </w:rPr>
        <w:t>Write in a date and one action for each day. Leave gaps when you need them.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50"/>
        <w:gridCol w:w="1950"/>
        <w:gridCol w:w="1950"/>
        <w:gridCol w:w="1950"/>
        <w:gridCol w:w="1950"/>
      </w:tblGrid>
      <w:tr>
        <w:trPr>
          <w:trHeight w:val="1304" w:hRule="atLeast"/>
        </w:trPr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01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02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03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04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05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</w:tr>
      <w:tr>
        <w:trPr>
          <w:trHeight w:val="1304" w:hRule="atLeast"/>
        </w:trPr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06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07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08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09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10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</w:tr>
      <w:tr>
        <w:trPr>
          <w:trHeight w:val="1304" w:hRule="atLeast"/>
        </w:trPr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11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12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13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14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15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</w:tr>
      <w:tr>
        <w:trPr>
          <w:trHeight w:val="1304" w:hRule="atLeast"/>
        </w:trPr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16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17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18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19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20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</w:tr>
      <w:tr>
        <w:trPr>
          <w:trHeight w:val="1304" w:hRule="atLeast"/>
        </w:trPr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21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22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23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24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25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</w:tr>
      <w:tr>
        <w:trPr>
          <w:trHeight w:val="1304" w:hRule="atLeast"/>
        </w:trPr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26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27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28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29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  <w:tc>
          <w:tcPr>
            <w:tcW w:type="dxa" w:w="1950"/>
            <w:vAlign w:val="top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  <w:sz w:val="16"/>
              </w:rPr>
              <w:t>30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Date: __________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Action:</w:t>
            </w:r>
          </w:p>
          <w:p>
            <w:pPr>
              <w:spacing w:after="80" w:line="240" w:lineRule="auto"/>
            </w:pPr>
            <w:r>
              <w:rPr>
                <w:sz w:val="16"/>
              </w:rPr>
              <w:t>________________</w:t>
            </w:r>
          </w:p>
        </w:tc>
      </w:tr>
    </w:tbl>
    <w:p>
      <w:pPr>
        <w:spacing w:after="60"/>
      </w:pPr>
      <w:r>
        <w:rPr/>
      </w:r>
    </w:p>
    <w:p>
      <w:pPr>
        <w:spacing w:after="120"/>
      </w:pPr>
      <w:r>
        <w:rPr>
          <w:sz w:val="18"/>
        </w:rPr>
        <w:t>Track what matters: useful questions, enquiries, bookings or sales. Compare results with your own previous posts; views alone do not show a sale.</w:t>
      </w:r>
    </w:p>
    <w:p>
      <w:r>
        <w:br w:type="page"/>
      </w:r>
    </w:p>
    <w:p>
      <w:pPr>
        <w:pStyle w:val="Title"/>
      </w:pPr>
      <w:r>
        <w:rPr/>
        <w:t>Days 1-5</w:t>
      </w:r>
    </w:p>
    <w:p>
      <w:r>
        <w:rPr>
          <w:sz w:val="24"/>
        </w:rPr>
        <w:t>Use the idea. Make the words sound like you.</w:t>
      </w:r>
    </w:p>
    <w:p>
      <w:pPr>
        <w:pStyle w:val="Heading3"/>
      </w:pPr>
      <w:r>
        <w:rPr/>
        <w:t>01  Introduce yourself</w:t>
      </w:r>
    </w:p>
    <w:p>
      <w:pPr>
        <w:keepNext/>
        <w:spacing w:after="80"/>
      </w:pPr>
      <w:r>
        <w:rPr/>
        <w:t>Tell people what you sell and who it helps.</w:t>
      </w:r>
    </w:p>
    <w:p>
      <w:pPr>
        <w:spacing w:after="120"/>
      </w:pPr>
      <w:r>
        <w:rPr>
          <w:sz w:val="18"/>
        </w:rPr>
        <w:t>Caption starter: We help [customer] with [need], so they can [benefit].</w:t>
      </w:r>
    </w:p>
    <w:p>
      <w:pPr>
        <w:spacing w:after="120"/>
      </w:pPr>
      <w:r>
        <w:rPr>
          <w:sz w:val="18"/>
        </w:rPr>
        <w:t>Picture: You, your workspace or your main product.</w:t>
        <w:br/>
        <w:t>Next step: Tell us what you need.</w:t>
      </w:r>
    </w:p>
    <w:p>
      <w:pPr>
        <w:pStyle w:val="Heading3"/>
      </w:pPr>
      <w:r>
        <w:rPr/>
        <w:t>02  Show your bestseller</w:t>
      </w:r>
    </w:p>
    <w:p>
      <w:pPr>
        <w:keepNext/>
        <w:spacing w:after="80"/>
      </w:pPr>
      <w:r>
        <w:rPr/>
        <w:t>Pick one popular product or service and explain why people choose it.</w:t>
      </w:r>
    </w:p>
    <w:p>
      <w:pPr>
        <w:spacing w:after="120"/>
      </w:pPr>
      <w:r>
        <w:rPr>
          <w:sz w:val="18"/>
        </w:rPr>
        <w:t>Caption starter: Our most-requested [product] is a good fit if you [situation].</w:t>
      </w:r>
    </w:p>
    <w:p>
      <w:pPr>
        <w:spacing w:after="120"/>
      </w:pPr>
      <w:r>
        <w:rPr>
          <w:sz w:val="18"/>
        </w:rPr>
        <w:t>Picture: A clear photo with one main subject.</w:t>
        <w:br/>
        <w:t>Next step: See the details at [link].</w:t>
      </w:r>
    </w:p>
    <w:p>
      <w:pPr>
        <w:pStyle w:val="Heading3"/>
      </w:pPr>
      <w:r>
        <w:rPr/>
        <w:t>03  Answer a real question</w:t>
      </w:r>
    </w:p>
    <w:p>
      <w:pPr>
        <w:keepNext/>
        <w:spacing w:after="80"/>
      </w:pPr>
      <w:r>
        <w:rPr/>
        <w:t>Use a question a customer has actually asked.</w:t>
      </w:r>
    </w:p>
    <w:p>
      <w:pPr>
        <w:spacing w:after="120"/>
      </w:pPr>
      <w:r>
        <w:rPr>
          <w:sz w:val="18"/>
        </w:rPr>
        <w:t>Caption starter: People often ask us: [question]. The short answer is [answer].</w:t>
      </w:r>
    </w:p>
    <w:p>
      <w:pPr>
        <w:spacing w:after="120"/>
      </w:pPr>
      <w:r>
        <w:rPr>
          <w:sz w:val="18"/>
        </w:rPr>
        <w:t>Picture: The item or process the question refers to.</w:t>
        <w:br/>
        <w:t>Next step: Have another question? Ask us below.</w:t>
      </w:r>
    </w:p>
    <w:p>
      <w:pPr>
        <w:pStyle w:val="Heading3"/>
      </w:pPr>
      <w:r>
        <w:rPr/>
        <w:t>04  Show how it works</w:t>
      </w:r>
    </w:p>
    <w:p>
      <w:pPr>
        <w:keepNext/>
        <w:spacing w:after="80"/>
      </w:pPr>
      <w:r>
        <w:rPr/>
        <w:t>Explain the first three steps of using or buying your offer.</w:t>
      </w:r>
    </w:p>
    <w:p>
      <w:pPr>
        <w:spacing w:after="120"/>
      </w:pPr>
      <w:r>
        <w:rPr>
          <w:sz w:val="18"/>
        </w:rPr>
        <w:t>Caption starter: Here is how to [task]: 1. [step] 2. [step] 3. [step].</w:t>
      </w:r>
    </w:p>
    <w:p>
      <w:pPr>
        <w:spacing w:after="120"/>
      </w:pPr>
      <w:r>
        <w:rPr>
          <w:sz w:val="18"/>
        </w:rPr>
        <w:t>Picture: A simple three-photo sequence.</w:t>
        <w:br/>
        <w:t>Next step: Save this for next time.</w:t>
      </w:r>
    </w:p>
    <w:p>
      <w:pPr>
        <w:pStyle w:val="Heading3"/>
      </w:pPr>
      <w:r>
        <w:rPr/>
        <w:t>05  Explain one benefit</w:t>
      </w:r>
    </w:p>
    <w:p>
      <w:pPr>
        <w:keepNext/>
        <w:spacing w:after="80"/>
      </w:pPr>
      <w:r>
        <w:rPr/>
        <w:t>Connect a product feature to a practical result for your customer.</w:t>
      </w:r>
    </w:p>
    <w:p>
      <w:pPr>
        <w:spacing w:after="120"/>
      </w:pPr>
      <w:r>
        <w:rPr>
          <w:sz w:val="18"/>
        </w:rPr>
        <w:t>Caption starter: [Feature] means you can [useful benefit].</w:t>
      </w:r>
    </w:p>
    <w:p>
      <w:pPr>
        <w:spacing w:after="120"/>
      </w:pPr>
      <w:r>
        <w:rPr>
          <w:sz w:val="18"/>
        </w:rPr>
        <w:t>Picture: The product in everyday use.</w:t>
        <w:br/>
        <w:t>Next step: Find out if it is right for you at [link].</w:t>
      </w:r>
    </w:p>
    <w:p>
      <w:r>
        <w:br w:type="page"/>
      </w:r>
    </w:p>
    <w:p>
      <w:pPr>
        <w:pStyle w:val="Title"/>
      </w:pPr>
      <w:r>
        <w:rPr/>
        <w:t>Days 6-10</w:t>
      </w:r>
    </w:p>
    <w:p>
      <w:r>
        <w:rPr>
          <w:sz w:val="24"/>
        </w:rPr>
        <w:t>Use the idea. Make the words sound like you.</w:t>
      </w:r>
    </w:p>
    <w:p>
      <w:pPr>
        <w:pStyle w:val="Heading3"/>
      </w:pPr>
      <w:r>
        <w:rPr/>
        <w:t>06  Meet the person behind it</w:t>
      </w:r>
    </w:p>
    <w:p>
      <w:pPr>
        <w:keepNext/>
        <w:spacing w:after="80"/>
      </w:pPr>
      <w:r>
        <w:rPr/>
        <w:t>Introduce a team member with their permission.</w:t>
      </w:r>
    </w:p>
    <w:p>
      <w:pPr>
        <w:spacing w:after="120"/>
      </w:pPr>
      <w:r>
        <w:rPr>
          <w:sz w:val="18"/>
        </w:rPr>
        <w:t>Caption starter: Meet [name]. They help our customers by [role].</w:t>
      </w:r>
    </w:p>
    <w:p>
      <w:pPr>
        <w:spacing w:after="120"/>
      </w:pPr>
      <w:r>
        <w:rPr>
          <w:sz w:val="18"/>
        </w:rPr>
        <w:t>Picture: A natural photo of the person at work.</w:t>
        <w:br/>
        <w:t>Next step: Say hello next time you visit.</w:t>
      </w:r>
    </w:p>
    <w:p>
      <w:pPr>
        <w:pStyle w:val="Heading3"/>
      </w:pPr>
      <w:r>
        <w:rPr/>
        <w:t>07  A quick useful tip</w:t>
      </w:r>
    </w:p>
    <w:p>
      <w:pPr>
        <w:keepNext/>
        <w:spacing w:after="80"/>
      </w:pPr>
      <w:r>
        <w:rPr/>
        <w:t>Share one specific tip related to what you sell.</w:t>
      </w:r>
    </w:p>
    <w:p>
      <w:pPr>
        <w:spacing w:after="120"/>
      </w:pPr>
      <w:r>
        <w:rPr>
          <w:sz w:val="18"/>
        </w:rPr>
        <w:t>Caption starter: A simple way to [task] is to [tip].</w:t>
      </w:r>
    </w:p>
    <w:p>
      <w:pPr>
        <w:spacing w:after="120"/>
      </w:pPr>
      <w:r>
        <w:rPr>
          <w:sz w:val="18"/>
        </w:rPr>
        <w:t>Picture: A demonstration or labelled example.</w:t>
        <w:br/>
        <w:t>Next step: Try this and let us know how it goes.</w:t>
      </w:r>
    </w:p>
    <w:p>
      <w:pPr>
        <w:pStyle w:val="Heading3"/>
      </w:pPr>
      <w:r>
        <w:rPr/>
        <w:t>08  Show the choice</w:t>
      </w:r>
    </w:p>
    <w:p>
      <w:pPr>
        <w:keepNext/>
        <w:spacing w:after="80"/>
      </w:pPr>
      <w:r>
        <w:rPr/>
        <w:t>Help buyers choose between two genuinely different options.</w:t>
      </w:r>
    </w:p>
    <w:p>
      <w:pPr>
        <w:spacing w:after="120"/>
      </w:pPr>
      <w:r>
        <w:rPr>
          <w:sz w:val="18"/>
        </w:rPr>
        <w:t>Caption starter: Choose [A] if [need]. Choose [B] if [different need].</w:t>
      </w:r>
    </w:p>
    <w:p>
      <w:pPr>
        <w:spacing w:after="120"/>
      </w:pPr>
      <w:r>
        <w:rPr>
          <w:sz w:val="18"/>
        </w:rPr>
        <w:t>Picture: The two options side by side.</w:t>
        <w:br/>
        <w:t>Next step: Ask us if you need help choosing.</w:t>
      </w:r>
    </w:p>
    <w:p>
      <w:pPr>
        <w:pStyle w:val="Heading3"/>
      </w:pPr>
      <w:r>
        <w:rPr/>
        <w:t>09  Share customer feedback</w:t>
      </w:r>
    </w:p>
    <w:p>
      <w:pPr>
        <w:keepNext/>
        <w:spacing w:after="80"/>
      </w:pPr>
      <w:r>
        <w:rPr/>
        <w:t>Use a real review with permission and keep its meaning intact.</w:t>
      </w:r>
    </w:p>
    <w:p>
      <w:pPr>
        <w:spacing w:after="120"/>
      </w:pPr>
      <w:r>
        <w:rPr>
          <w:sz w:val="18"/>
        </w:rPr>
        <w:t>Caption starter: [Exact approved customer quote] - [approved name].</w:t>
      </w:r>
    </w:p>
    <w:p>
      <w:pPr>
        <w:spacing w:after="120"/>
      </w:pPr>
      <w:r>
        <w:rPr>
          <w:sz w:val="18"/>
        </w:rPr>
        <w:t>Picture: An approved review graphic or the finished work.</w:t>
        <w:br/>
        <w:t>Next step: Read more at [link].</w:t>
      </w:r>
    </w:p>
    <w:p>
      <w:pPr>
        <w:pStyle w:val="Heading3"/>
      </w:pPr>
      <w:r>
        <w:rPr/>
        <w:t>10  Show the finished result</w:t>
      </w:r>
    </w:p>
    <w:p>
      <w:pPr>
        <w:keepNext/>
        <w:spacing w:after="80"/>
      </w:pPr>
      <w:r>
        <w:rPr/>
        <w:t>Share an actual finished job without implying guaranteed results.</w:t>
      </w:r>
    </w:p>
    <w:p>
      <w:pPr>
        <w:spacing w:after="120"/>
      </w:pPr>
      <w:r>
        <w:rPr>
          <w:sz w:val="18"/>
        </w:rPr>
        <w:t>Caption starter: Here is the [work] we made for [approved customer]. The brief was [brief].</w:t>
      </w:r>
    </w:p>
    <w:p>
      <w:pPr>
        <w:spacing w:after="120"/>
      </w:pPr>
      <w:r>
        <w:rPr>
          <w:sz w:val="18"/>
        </w:rPr>
        <w:t>Picture: An approved photo of the completed work.</w:t>
        <w:br/>
        <w:t>Next step: See what we can help you with at [link].</w:t>
      </w:r>
    </w:p>
    <w:p>
      <w:r>
        <w:br w:type="page"/>
      </w:r>
    </w:p>
    <w:p>
      <w:pPr>
        <w:pStyle w:val="Title"/>
      </w:pPr>
      <w:r>
        <w:rPr/>
        <w:t>Days 11-15</w:t>
      </w:r>
    </w:p>
    <w:p>
      <w:r>
        <w:rPr>
          <w:sz w:val="24"/>
        </w:rPr>
        <w:t>Use the idea. Make the words sound like you.</w:t>
      </w:r>
    </w:p>
    <w:p>
      <w:pPr>
        <w:pStyle w:val="Heading3"/>
      </w:pPr>
      <w:r>
        <w:rPr/>
        <w:t>11  Behind the scenes</w:t>
      </w:r>
    </w:p>
    <w:p>
      <w:pPr>
        <w:keepNext/>
        <w:spacing w:after="80"/>
      </w:pPr>
      <w:r>
        <w:rPr/>
        <w:t>Show an ordinary step that explains the care you take.</w:t>
      </w:r>
    </w:p>
    <w:p>
      <w:pPr>
        <w:spacing w:after="120"/>
      </w:pPr>
      <w:r>
        <w:rPr>
          <w:sz w:val="18"/>
        </w:rPr>
        <w:t>Caption starter: Before [finished result], we [step]. It helps us [reason].</w:t>
      </w:r>
    </w:p>
    <w:p>
      <w:pPr>
        <w:spacing w:after="120"/>
      </w:pPr>
      <w:r>
        <w:rPr>
          <w:sz w:val="18"/>
        </w:rPr>
        <w:t>Picture: A real working moment.</w:t>
        <w:br/>
        <w:t>Next step: What would you like to see next?</w:t>
      </w:r>
    </w:p>
    <w:p>
      <w:pPr>
        <w:pStyle w:val="Heading3"/>
      </w:pPr>
      <w:r>
        <w:rPr/>
        <w:t>12  Make the buying step clear</w:t>
      </w:r>
    </w:p>
    <w:p>
      <w:pPr>
        <w:keepNext/>
        <w:spacing w:after="80"/>
      </w:pPr>
      <w:r>
        <w:rPr/>
        <w:t>Tell people what happens after they contact you or order.</w:t>
      </w:r>
    </w:p>
    <w:p>
      <w:pPr>
        <w:spacing w:after="120"/>
      </w:pPr>
      <w:r>
        <w:rPr>
          <w:sz w:val="18"/>
        </w:rPr>
        <w:t>Caption starter: When you [order/enquire], here is what happens next: [steps].</w:t>
      </w:r>
    </w:p>
    <w:p>
      <w:pPr>
        <w:spacing w:after="120"/>
      </w:pPr>
      <w:r>
        <w:rPr>
          <w:sz w:val="18"/>
        </w:rPr>
        <w:t>Picture: The product ready to go, or a simple process graphic.</w:t>
        <w:br/>
        <w:t>Next step: Start at [link].</w:t>
      </w:r>
    </w:p>
    <w:p>
      <w:pPr>
        <w:pStyle w:val="Heading3"/>
      </w:pPr>
      <w:r>
        <w:rPr/>
        <w:t>13  Explain the price</w:t>
      </w:r>
    </w:p>
    <w:p>
      <w:pPr>
        <w:keepNext/>
        <w:spacing w:after="80"/>
      </w:pPr>
      <w:r>
        <w:rPr/>
        <w:t>State the current price and exactly what it includes.</w:t>
      </w:r>
    </w:p>
    <w:p>
      <w:pPr>
        <w:spacing w:after="120"/>
      </w:pPr>
      <w:r>
        <w:rPr>
          <w:sz w:val="18"/>
        </w:rPr>
        <w:t>Caption starter: [Offer] is [price and GST treatment]. That includes [scope].</w:t>
      </w:r>
    </w:p>
    <w:p>
      <w:pPr>
        <w:spacing w:after="120"/>
      </w:pPr>
      <w:r>
        <w:rPr>
          <w:sz w:val="18"/>
        </w:rPr>
        <w:t>Picture: The item and a short list of inclusions.</w:t>
        <w:br/>
        <w:t>Next step: See the full details before you buy at [link].</w:t>
      </w:r>
    </w:p>
    <w:p>
      <w:pPr>
        <w:pStyle w:val="Heading3"/>
      </w:pPr>
      <w:r>
        <w:rPr/>
        <w:t>14  Show one use case</w:t>
      </w:r>
    </w:p>
    <w:p>
      <w:pPr>
        <w:keepNext/>
        <w:spacing w:after="80"/>
      </w:pPr>
      <w:r>
        <w:rPr/>
        <w:t>Describe a familiar situation where your product is useful.</w:t>
      </w:r>
    </w:p>
    <w:p>
      <w:pPr>
        <w:spacing w:after="120"/>
      </w:pPr>
      <w:r>
        <w:rPr>
          <w:sz w:val="18"/>
        </w:rPr>
        <w:t>Caption starter: If you are [situation], [product] can help with [task].</w:t>
      </w:r>
    </w:p>
    <w:p>
      <w:pPr>
        <w:spacing w:after="120"/>
      </w:pPr>
      <w:r>
        <w:rPr>
          <w:sz w:val="18"/>
        </w:rPr>
        <w:t>Picture: The product in that setting.</w:t>
        <w:br/>
        <w:t>Next step: Ask us about your situation.</w:t>
      </w:r>
    </w:p>
    <w:p>
      <w:pPr>
        <w:pStyle w:val="Heading3"/>
      </w:pPr>
      <w:r>
        <w:rPr/>
        <w:t>15  A mid-month check-in</w:t>
      </w:r>
    </w:p>
    <w:p>
      <w:pPr>
        <w:keepNext/>
        <w:spacing w:after="80"/>
      </w:pPr>
      <w:r>
        <w:rPr/>
        <w:t>Ask a simple question you can use to plan useful content.</w:t>
      </w:r>
    </w:p>
    <w:p>
      <w:pPr>
        <w:spacing w:after="120"/>
      </w:pPr>
      <w:r>
        <w:rPr>
          <w:sz w:val="18"/>
        </w:rPr>
        <w:t>Caption starter: What is the hardest part of [relevant task] for your business?</w:t>
      </w:r>
    </w:p>
    <w:p>
      <w:pPr>
        <w:spacing w:after="120"/>
      </w:pPr>
      <w:r>
        <w:rPr>
          <w:sz w:val="18"/>
        </w:rPr>
        <w:t>Picture: You or a simple question card.</w:t>
        <w:br/>
        <w:t>Next step: Tell us in a comment.</w:t>
      </w:r>
    </w:p>
    <w:p>
      <w:r>
        <w:br w:type="page"/>
      </w:r>
    </w:p>
    <w:p>
      <w:pPr>
        <w:pStyle w:val="Title"/>
      </w:pPr>
      <w:r>
        <w:rPr/>
        <w:t>Days 16-20</w:t>
      </w:r>
    </w:p>
    <w:p>
      <w:r>
        <w:rPr>
          <w:sz w:val="24"/>
        </w:rPr>
        <w:t>Use the idea. Make the words sound like you.</w:t>
      </w:r>
    </w:p>
    <w:p>
      <w:pPr>
        <w:pStyle w:val="Heading3"/>
      </w:pPr>
      <w:r>
        <w:rPr/>
        <w:t>16  Correct a common misunderstanding</w:t>
      </w:r>
    </w:p>
    <w:p>
      <w:pPr>
        <w:keepNext/>
        <w:spacing w:after="80"/>
      </w:pPr>
      <w:r>
        <w:rPr/>
        <w:t>Explain a misconception without talking down to customers.</w:t>
      </w:r>
    </w:p>
    <w:p>
      <w:pPr>
        <w:spacing w:after="120"/>
      </w:pPr>
      <w:r>
        <w:rPr>
          <w:sz w:val="18"/>
        </w:rPr>
        <w:t>Caption starter: You do not need [assumption] to [task]. Start with [practical step].</w:t>
      </w:r>
    </w:p>
    <w:p>
      <w:pPr>
        <w:spacing w:after="120"/>
      </w:pPr>
      <w:r>
        <w:rPr>
          <w:sz w:val="18"/>
        </w:rPr>
        <w:t>Picture: A demonstration that makes the point clear.</w:t>
        <w:br/>
        <w:t>Next step: Keep this handy for later.</w:t>
      </w:r>
    </w:p>
    <w:p>
      <w:pPr>
        <w:pStyle w:val="Heading3"/>
      </w:pPr>
      <w:r>
        <w:rPr/>
        <w:t>17  Give a quick demonstration</w:t>
      </w:r>
    </w:p>
    <w:p>
      <w:pPr>
        <w:keepNext/>
        <w:spacing w:after="80"/>
      </w:pPr>
      <w:r>
        <w:rPr/>
        <w:t>Show a short before-and-after process using accurate examples.</w:t>
      </w:r>
    </w:p>
    <w:p>
      <w:pPr>
        <w:spacing w:after="120"/>
      </w:pPr>
      <w:r>
        <w:rPr>
          <w:sz w:val="18"/>
        </w:rPr>
        <w:t>Caption starter: Watch how we [task] in [number] steps.</w:t>
      </w:r>
    </w:p>
    <w:p>
      <w:pPr>
        <w:spacing w:after="120"/>
      </w:pPr>
      <w:r>
        <w:rPr>
          <w:sz w:val="18"/>
        </w:rPr>
        <w:t>Picture: A short phone video, filmed steadily.</w:t>
        <w:br/>
        <w:t>Next step: Message us if you would like help.</w:t>
      </w:r>
    </w:p>
    <w:p>
      <w:pPr>
        <w:pStyle w:val="Heading3"/>
      </w:pPr>
      <w:r>
        <w:rPr/>
        <w:t>18  Share a local connection</w:t>
      </w:r>
    </w:p>
    <w:p>
      <w:pPr>
        <w:keepNext/>
        <w:spacing w:after="80"/>
      </w:pPr>
      <w:r>
        <w:rPr/>
        <w:t>Highlight a genuine supplier, neighbourhood or community link.</w:t>
      </w:r>
    </w:p>
    <w:p>
      <w:pPr>
        <w:spacing w:after="120"/>
      </w:pPr>
      <w:r>
        <w:rPr>
          <w:sz w:val="18"/>
        </w:rPr>
        <w:t>Caption starter: We are part of [place/community]. One thing we love here is [detail].</w:t>
      </w:r>
    </w:p>
    <w:p>
      <w:pPr>
        <w:spacing w:after="120"/>
      </w:pPr>
      <w:r>
        <w:rPr>
          <w:sz w:val="18"/>
        </w:rPr>
        <w:t>Picture: A permitted photo of the place or collaboration.</w:t>
        <w:br/>
        <w:t>Next step: What is your favourite local spot?</w:t>
      </w:r>
    </w:p>
    <w:p>
      <w:pPr>
        <w:pStyle w:val="Heading3"/>
      </w:pPr>
      <w:r>
        <w:rPr/>
        <w:t>19  Share a useful checklist</w:t>
      </w:r>
    </w:p>
    <w:p>
      <w:pPr>
        <w:keepNext/>
        <w:spacing w:after="80"/>
      </w:pPr>
      <w:r>
        <w:rPr/>
        <w:t>Turn a routine task into three quick checks.</w:t>
      </w:r>
    </w:p>
    <w:p>
      <w:pPr>
        <w:spacing w:after="120"/>
      </w:pPr>
      <w:r>
        <w:rPr>
          <w:sz w:val="18"/>
        </w:rPr>
        <w:t>Caption starter: Before you [task], check: [one], [two] and [three].</w:t>
      </w:r>
    </w:p>
    <w:p>
      <w:pPr>
        <w:spacing w:after="120"/>
      </w:pPr>
      <w:r>
        <w:rPr>
          <w:sz w:val="18"/>
        </w:rPr>
        <w:t>Picture: A clean checklist graphic.</w:t>
        <w:br/>
        <w:t>Next step: Save this for your next [task].</w:t>
      </w:r>
    </w:p>
    <w:p>
      <w:pPr>
        <w:pStyle w:val="Heading3"/>
      </w:pPr>
      <w:r>
        <w:rPr/>
        <w:t>20  Explain who it is for</w:t>
      </w:r>
    </w:p>
    <w:p>
      <w:pPr>
        <w:keepNext/>
        <w:spacing w:after="80"/>
      </w:pPr>
      <w:r>
        <w:rPr/>
        <w:t>Make it easier for the right customer to recognise their need.</w:t>
      </w:r>
    </w:p>
    <w:p>
      <w:pPr>
        <w:spacing w:after="120"/>
      </w:pPr>
      <w:r>
        <w:rPr>
          <w:sz w:val="18"/>
        </w:rPr>
        <w:t>Caption starter: [Offer] is designed for [customer] who needs [job done].</w:t>
      </w:r>
    </w:p>
    <w:p>
      <w:pPr>
        <w:spacing w:after="120"/>
      </w:pPr>
      <w:r>
        <w:rPr>
          <w:sz w:val="18"/>
        </w:rPr>
        <w:t>Picture: A product image, without stereotyping customers.</w:t>
        <w:br/>
        <w:t>Next step: See whether it suits you at [link].</w:t>
      </w:r>
    </w:p>
    <w:p>
      <w:r>
        <w:br w:type="page"/>
      </w:r>
    </w:p>
    <w:p>
      <w:pPr>
        <w:pStyle w:val="Title"/>
      </w:pPr>
      <w:r>
        <w:rPr/>
        <w:t>Days 21-25</w:t>
      </w:r>
    </w:p>
    <w:p>
      <w:r>
        <w:rPr>
          <w:sz w:val="24"/>
        </w:rPr>
        <w:t>Use the idea. Make the words sound like you.</w:t>
      </w:r>
    </w:p>
    <w:p>
      <w:pPr>
        <w:pStyle w:val="Heading3"/>
      </w:pPr>
      <w:r>
        <w:rPr/>
        <w:t>21  Show what is included</w:t>
      </w:r>
    </w:p>
    <w:p>
      <w:pPr>
        <w:keepNext/>
        <w:spacing w:after="80"/>
      </w:pPr>
      <w:r>
        <w:rPr/>
        <w:t>Make the scope visible instead of relying on a vague promise.</w:t>
      </w:r>
    </w:p>
    <w:p>
      <w:pPr>
        <w:spacing w:after="120"/>
      </w:pPr>
      <w:r>
        <w:rPr>
          <w:sz w:val="18"/>
        </w:rPr>
        <w:t>Caption starter: Here is what you get with [offer]: [included items].</w:t>
      </w:r>
    </w:p>
    <w:p>
      <w:pPr>
        <w:spacing w:after="120"/>
      </w:pPr>
      <w:r>
        <w:rPr>
          <w:sz w:val="18"/>
        </w:rPr>
        <w:t>Picture: The deliverables laid out clearly.</w:t>
        <w:br/>
        <w:t>Next step: Read the full inclusions at [link].</w:t>
      </w:r>
    </w:p>
    <w:p>
      <w:pPr>
        <w:pStyle w:val="Heading3"/>
      </w:pPr>
      <w:r>
        <w:rPr/>
        <w:t>22  Offer a practical example</w:t>
      </w:r>
    </w:p>
    <w:p>
      <w:pPr>
        <w:keepNext/>
        <w:spacing w:after="80"/>
      </w:pPr>
      <w:r>
        <w:rPr/>
        <w:t>Show how a customer might use the product in a real day.</w:t>
      </w:r>
    </w:p>
    <w:p>
      <w:pPr>
        <w:spacing w:after="120"/>
      </w:pPr>
      <w:r>
        <w:rPr>
          <w:sz w:val="18"/>
        </w:rPr>
        <w:t>Caption starter: One way to use [product] is [example].</w:t>
      </w:r>
    </w:p>
    <w:p>
      <w:pPr>
        <w:spacing w:after="120"/>
      </w:pPr>
      <w:r>
        <w:rPr>
          <w:sz w:val="18"/>
        </w:rPr>
        <w:t>Picture: A simple example, clearly labelled if illustrative.</w:t>
        <w:br/>
        <w:t>Next step: How would you use yours?</w:t>
      </w:r>
    </w:p>
    <w:p>
      <w:pPr>
        <w:pStyle w:val="Heading3"/>
      </w:pPr>
      <w:r>
        <w:rPr/>
        <w:t>23  Answer a hesitation</w:t>
      </w:r>
    </w:p>
    <w:p>
      <w:pPr>
        <w:keepNext/>
        <w:spacing w:after="80"/>
      </w:pPr>
      <w:r>
        <w:rPr/>
        <w:t>Address a genuine concern such as timing, fit or setup.</w:t>
      </w:r>
    </w:p>
    <w:p>
      <w:pPr>
        <w:spacing w:after="120"/>
      </w:pPr>
      <w:r>
        <w:rPr>
          <w:sz w:val="18"/>
        </w:rPr>
        <w:t>Caption starter: Wondering about [concern]? Here is what you need to know: [facts].</w:t>
      </w:r>
    </w:p>
    <w:p>
      <w:pPr>
        <w:spacing w:after="120"/>
      </w:pPr>
      <w:r>
        <w:rPr>
          <w:sz w:val="18"/>
        </w:rPr>
        <w:t>Picture: A relevant detail or working photo.</w:t>
        <w:br/>
        <w:t>Next step: Ask us before you choose.</w:t>
      </w:r>
    </w:p>
    <w:p>
      <w:pPr>
        <w:pStyle w:val="Heading3"/>
      </w:pPr>
      <w:r>
        <w:rPr/>
        <w:t>24  Thank a customer or partner</w:t>
      </w:r>
    </w:p>
    <w:p>
      <w:pPr>
        <w:keepNext/>
        <w:spacing w:after="80"/>
      </w:pPr>
      <w:r>
        <w:rPr/>
        <w:t>Be specific and ask permission before identifying someone.</w:t>
      </w:r>
    </w:p>
    <w:p>
      <w:pPr>
        <w:spacing w:after="120"/>
      </w:pPr>
      <w:r>
        <w:rPr>
          <w:sz w:val="18"/>
        </w:rPr>
        <w:t>Caption starter: Thanks to [approved name] for [specific contribution].</w:t>
      </w:r>
    </w:p>
    <w:p>
      <w:pPr>
        <w:spacing w:after="120"/>
      </w:pPr>
      <w:r>
        <w:rPr>
          <w:sz w:val="18"/>
        </w:rPr>
        <w:t>Picture: An approved customer, team or product photo.</w:t>
        <w:br/>
        <w:t>Next step: See the work at [link].</w:t>
      </w:r>
    </w:p>
    <w:p>
      <w:pPr>
        <w:pStyle w:val="Heading3"/>
      </w:pPr>
      <w:r>
        <w:rPr/>
        <w:t>25  Tell a short origin story</w:t>
      </w:r>
    </w:p>
    <w:p>
      <w:pPr>
        <w:keepNext/>
        <w:spacing w:after="80"/>
      </w:pPr>
      <w:r>
        <w:rPr/>
        <w:t>Explain why you started or why you offer this product.</w:t>
      </w:r>
    </w:p>
    <w:p>
      <w:pPr>
        <w:spacing w:after="120"/>
      </w:pPr>
      <w:r>
        <w:rPr>
          <w:sz w:val="18"/>
        </w:rPr>
        <w:t>Caption starter: We started [business/offer] because [reason]. Now we help with [need].</w:t>
      </w:r>
    </w:p>
    <w:p>
      <w:pPr>
        <w:spacing w:after="120"/>
      </w:pPr>
      <w:r>
        <w:rPr>
          <w:sz w:val="18"/>
        </w:rPr>
        <w:t>Picture: An early photo or a current team image.</w:t>
        <w:br/>
        <w:t>Next step: Tell us how your business began.</w:t>
      </w:r>
    </w:p>
    <w:p>
      <w:r>
        <w:br w:type="page"/>
      </w:r>
    </w:p>
    <w:p>
      <w:pPr>
        <w:pStyle w:val="Title"/>
      </w:pPr>
      <w:r>
        <w:rPr/>
        <w:t>Days 26-30</w:t>
      </w:r>
    </w:p>
    <w:p>
      <w:r>
        <w:rPr>
          <w:sz w:val="24"/>
        </w:rPr>
        <w:t>Use the idea. Make the words sound like you.</w:t>
      </w:r>
    </w:p>
    <w:p>
      <w:pPr>
        <w:pStyle w:val="Heading3"/>
      </w:pPr>
      <w:r>
        <w:rPr/>
        <w:t>26  Make an honest offer</w:t>
      </w:r>
    </w:p>
    <w:p>
      <w:pPr>
        <w:keepNext/>
        <w:spacing w:after="80"/>
      </w:pPr>
      <w:r>
        <w:rPr/>
        <w:t>Promote a real offer with its price, dates and conditions.</w:t>
      </w:r>
    </w:p>
    <w:p>
      <w:pPr>
        <w:spacing w:after="120"/>
      </w:pPr>
      <w:r>
        <w:rPr>
          <w:sz w:val="18"/>
        </w:rPr>
        <w:t>Caption starter: [Offer] is available for [price] until [date]. Includes [scope]. [Key condition].</w:t>
      </w:r>
    </w:p>
    <w:p>
      <w:pPr>
        <w:spacing w:after="120"/>
      </w:pPr>
      <w:r>
        <w:rPr>
          <w:sz w:val="18"/>
        </w:rPr>
        <w:t>Picture: The offer or product, with legible text.</w:t>
        <w:br/>
        <w:t>Next step: View the offer at [link].</w:t>
      </w:r>
    </w:p>
    <w:p>
      <w:pPr>
        <w:pStyle w:val="Heading3"/>
      </w:pPr>
      <w:r>
        <w:rPr/>
        <w:t>27  Help people prepare</w:t>
      </w:r>
    </w:p>
    <w:p>
      <w:pPr>
        <w:keepNext/>
        <w:spacing w:after="80"/>
      </w:pPr>
      <w:r>
        <w:rPr/>
        <w:t>List what a buyer needs before using your service.</w:t>
      </w:r>
    </w:p>
    <w:p>
      <w:pPr>
        <w:spacing w:after="120"/>
      </w:pPr>
      <w:r>
        <w:rPr>
          <w:sz w:val="18"/>
        </w:rPr>
        <w:t>Caption starter: To get started with [service], have these ready: [items].</w:t>
      </w:r>
    </w:p>
    <w:p>
      <w:pPr>
        <w:spacing w:after="120"/>
      </w:pPr>
      <w:r>
        <w:rPr>
          <w:sz w:val="18"/>
        </w:rPr>
        <w:t>Picture: A short preparation checklist.</w:t>
        <w:br/>
        <w:t>Next step: See the details at [link].</w:t>
      </w:r>
    </w:p>
    <w:p>
      <w:pPr>
        <w:pStyle w:val="Heading3"/>
      </w:pPr>
      <w:r>
        <w:rPr/>
        <w:t>28  Invite a repeat visit</w:t>
      </w:r>
    </w:p>
    <w:p>
      <w:pPr>
        <w:keepNext/>
        <w:spacing w:after="80"/>
      </w:pPr>
      <w:r>
        <w:rPr/>
        <w:t>Give existing customers a relevant reason to return.</w:t>
      </w:r>
    </w:p>
    <w:p>
      <w:pPr>
        <w:spacing w:after="120"/>
      </w:pPr>
      <w:r>
        <w:rPr>
          <w:sz w:val="18"/>
        </w:rPr>
        <w:t>Caption starter: If you enjoyed [previous purchase], you might find [related offer] useful for [need].</w:t>
      </w:r>
    </w:p>
    <w:p>
      <w:pPr>
        <w:spacing w:after="120"/>
      </w:pPr>
      <w:r>
        <w:rPr>
          <w:sz w:val="18"/>
        </w:rPr>
        <w:t>Picture: A genuine complementary product.</w:t>
        <w:br/>
        <w:t>Next step: Take a look at [link].</w:t>
      </w:r>
    </w:p>
    <w:p>
      <w:pPr>
        <w:pStyle w:val="Heading3"/>
      </w:pPr>
      <w:r>
        <w:rPr/>
        <w:t>29  Share what you learned</w:t>
      </w:r>
    </w:p>
    <w:p>
      <w:pPr>
        <w:keepNext/>
        <w:spacing w:after="80"/>
      </w:pPr>
      <w:r>
        <w:rPr/>
        <w:t>Tell people one useful observation from your work this month.</w:t>
      </w:r>
    </w:p>
    <w:p>
      <w:pPr>
        <w:spacing w:after="120"/>
      </w:pPr>
      <w:r>
        <w:rPr>
          <w:sz w:val="18"/>
        </w:rPr>
        <w:t>Caption starter: This month we noticed [honest observation]. It reminded us to [tip].</w:t>
      </w:r>
    </w:p>
    <w:p>
      <w:pPr>
        <w:spacing w:after="120"/>
      </w:pPr>
      <w:r>
        <w:rPr>
          <w:sz w:val="18"/>
        </w:rPr>
        <w:t>Picture: A real work photo or simple tip graphic.</w:t>
        <w:br/>
        <w:t>Next step: What worked well for you this month?</w:t>
      </w:r>
    </w:p>
    <w:p>
      <w:pPr>
        <w:pStyle w:val="Heading3"/>
      </w:pPr>
      <w:r>
        <w:rPr/>
        <w:t>30  Round up and plan ahead</w:t>
      </w:r>
    </w:p>
    <w:p>
      <w:pPr>
        <w:keepNext/>
        <w:spacing w:after="80"/>
      </w:pPr>
      <w:r>
        <w:rPr/>
        <w:t>Repeat the clearest benefit and ask what people need next.</w:t>
      </w:r>
    </w:p>
    <w:p>
      <w:pPr>
        <w:spacing w:after="120"/>
      </w:pPr>
      <w:r>
        <w:rPr>
          <w:sz w:val="18"/>
        </w:rPr>
        <w:t>Caption starter: Need help with [need]? We offer [specific tool/service] so you can [benefit].</w:t>
      </w:r>
    </w:p>
    <w:p>
      <w:pPr>
        <w:spacing w:after="120"/>
      </w:pPr>
      <w:r>
        <w:rPr>
          <w:sz w:val="18"/>
        </w:rPr>
        <w:t>Picture: Your strongest useful product image from the month.</w:t>
        <w:br/>
        <w:t>Next step: See your options at [link].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077" w:bottom="1191" w:left="1077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1" w:val="right"/>
      </w:tabs>
      <w:spacing w:after="0"/>
    </w:pPr>
    <w:r>
      <w:rPr>
        <w:sz w:val="16"/>
      </w:rPr>
      <w:t>Free marketing tools  |  stanleystore.co</w:t>
    </w:r>
    <w:r>
      <w:tab/>
    </w:r>
    <w:r>
      <w:rPr>
        <w:sz w:val="16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2232000" cy="4185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tanley-stor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32000" cy="4185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40"/>
    </w:pPr>
    <w:rPr>
      <w:rFonts w:ascii="Arial" w:hAnsi="Arial" w:eastAsia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80" w:line="252" w:lineRule="auto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 w:line="252" w:lineRule="auto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 w:line="252" w:lineRule="auto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52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 Day Social Media Planner</dc:title>
  <dc:subject>Free practical marketing resource</dc:subject>
  <dc:creator>Stanley Store</dc:creator>
  <cp:keywords/>
  <dc:description>generated by python-docx</dc:description>
  <cp:lastModifiedBy>Stanley Store</cp:lastModifiedBy>
  <cp:revision>1</cp:revision>
  <dcterms:created xsi:type="dcterms:W3CDTF">2013-12-23T23:15:00Z</dcterms:created>
  <dcterms:modified xsi:type="dcterms:W3CDTF">2013-12-23T23:15:00Z</dcterms:modified>
  <cp:category/>
</cp:coreProperties>
</file>